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intelligence2.xml" ContentType="application/vnd.ms-office.intelligence2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P="5E9821A8" w14:paraId="6C44B441" wp14:textId="6F929FFB">
      <w:pPr>
        <w:pStyle w:val="Normal"/>
        <w:jc w:val="center"/>
        <w:rPr>
          <w:rFonts w:ascii="Arial" w:hAnsi="Arial" w:eastAsia="Arial" w:cs="Arial"/>
          <w:b w:val="1"/>
          <w:bCs w:val="1"/>
          <w:sz w:val="36"/>
          <w:szCs w:val="36"/>
        </w:rPr>
      </w:pPr>
      <w:r w:rsidRPr="5E9821A8" w:rsidR="34DA1B06">
        <w:rPr>
          <w:rFonts w:ascii="Arial" w:hAnsi="Arial" w:eastAsia="Arial" w:cs="Arial"/>
          <w:b w:val="1"/>
          <w:bCs w:val="1"/>
          <w:sz w:val="36"/>
          <w:szCs w:val="36"/>
        </w:rPr>
        <w:t xml:space="preserve">People First Bridgend </w:t>
      </w:r>
      <w:r w:rsidRPr="5E9821A8" w:rsidR="3622F9E9">
        <w:rPr>
          <w:rFonts w:ascii="Arial" w:hAnsi="Arial" w:eastAsia="Arial" w:cs="Arial"/>
          <w:b w:val="1"/>
          <w:bCs w:val="1"/>
          <w:sz w:val="36"/>
          <w:szCs w:val="36"/>
        </w:rPr>
        <w:t>Equality &amp; Diversity Monitoring Form</w:t>
      </w:r>
    </w:p>
    <w:p xmlns:wp14="http://schemas.microsoft.com/office/word/2010/wordml" w:rsidP="5E9821A8" w14:paraId="27CD2E4D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This confidential form is used for monitoring purposes only and will not be used during recruitment decisions. Completion is voluntary.</w:t>
      </w:r>
    </w:p>
    <w:p w:rsidR="5E9821A8" w:rsidP="5E9821A8" w:rsidRDefault="5E9821A8" w14:paraId="7382BF6C" w14:textId="1A92C602">
      <w:pPr>
        <w:rPr>
          <w:rFonts w:ascii="Arial" w:hAnsi="Arial" w:eastAsia="Arial" w:cs="Arial"/>
          <w:sz w:val="24"/>
          <w:szCs w:val="24"/>
        </w:rPr>
      </w:pPr>
    </w:p>
    <w:p xmlns:wp14="http://schemas.microsoft.com/office/word/2010/wordml" w:rsidP="5E9821A8" w14:paraId="7F615677" wp14:textId="7F4803DD">
      <w:pPr>
        <w:rPr>
          <w:rFonts w:ascii="Arial" w:hAnsi="Arial" w:eastAsia="Arial" w:cs="Arial"/>
          <w:sz w:val="24"/>
          <w:szCs w:val="24"/>
        </w:rPr>
      </w:pPr>
      <w:r w:rsidRPr="0AB07D0C" w:rsidR="14CB497C">
        <w:rPr>
          <w:rFonts w:ascii="Arial" w:hAnsi="Arial" w:eastAsia="Arial" w:cs="Arial"/>
          <w:sz w:val="24"/>
          <w:szCs w:val="24"/>
        </w:rPr>
        <w:t>Vacancy Applied For</w:t>
      </w:r>
      <w:r w:rsidRPr="0AB07D0C" w:rsidR="4D4CD17A">
        <w:rPr>
          <w:rFonts w:ascii="Arial" w:hAnsi="Arial" w:eastAsia="Arial" w:cs="Arial"/>
          <w:sz w:val="24"/>
          <w:szCs w:val="24"/>
        </w:rPr>
        <w:t xml:space="preserve"> (optional)</w:t>
      </w:r>
      <w:r w:rsidRPr="0AB07D0C" w:rsidR="14CB497C">
        <w:rPr>
          <w:rFonts w:ascii="Arial" w:hAnsi="Arial" w:eastAsia="Arial" w:cs="Arial"/>
          <w:sz w:val="24"/>
          <w:szCs w:val="24"/>
        </w:rPr>
        <w:t>: __________________________</w:t>
      </w:r>
    </w:p>
    <w:p xmlns:wp14="http://schemas.microsoft.com/office/word/2010/wordml" w:rsidP="5E9821A8" w14:paraId="1E92A43A" wp14:textId="42B3D6EF">
      <w:pPr>
        <w:rPr>
          <w:rFonts w:ascii="Arial" w:hAnsi="Arial" w:eastAsia="Arial" w:cs="Arial"/>
          <w:sz w:val="24"/>
          <w:szCs w:val="24"/>
        </w:rPr>
      </w:pPr>
      <w:r w:rsidRPr="0AB07D0C" w:rsidR="14CB497C">
        <w:rPr>
          <w:rFonts w:ascii="Arial" w:hAnsi="Arial" w:eastAsia="Arial" w:cs="Arial"/>
          <w:sz w:val="24"/>
          <w:szCs w:val="24"/>
        </w:rPr>
        <w:t>Date</w:t>
      </w:r>
      <w:r w:rsidRPr="0AB07D0C" w:rsidR="78135B32">
        <w:rPr>
          <w:rFonts w:ascii="Arial" w:hAnsi="Arial" w:eastAsia="Arial" w:cs="Arial"/>
          <w:sz w:val="24"/>
          <w:szCs w:val="24"/>
        </w:rPr>
        <w:t xml:space="preserve"> (optional)</w:t>
      </w:r>
      <w:r w:rsidRPr="0AB07D0C" w:rsidR="14CB497C">
        <w:rPr>
          <w:rFonts w:ascii="Arial" w:hAnsi="Arial" w:eastAsia="Arial" w:cs="Arial"/>
          <w:sz w:val="24"/>
          <w:szCs w:val="24"/>
        </w:rPr>
        <w:t xml:space="preserve"> __________________</w:t>
      </w:r>
    </w:p>
    <w:p xmlns:wp14="http://schemas.microsoft.com/office/word/2010/wordml" w:rsidP="5E9821A8" w14:paraId="513F580F" wp14:textId="5A5B2537">
      <w:pPr>
        <w:rPr>
          <w:rFonts w:ascii="Arial" w:hAnsi="Arial" w:eastAsia="Arial" w:cs="Arial"/>
          <w:sz w:val="24"/>
          <w:szCs w:val="24"/>
        </w:rPr>
      </w:pPr>
      <w:r w:rsidRPr="0AB07D0C" w:rsidR="14CB497C">
        <w:rPr>
          <w:rFonts w:ascii="Arial" w:hAnsi="Arial" w:eastAsia="Arial" w:cs="Arial"/>
          <w:sz w:val="24"/>
          <w:szCs w:val="24"/>
        </w:rPr>
        <w:t>Applicant Name (optional): __________________</w:t>
      </w:r>
    </w:p>
    <w:p w:rsidR="5E9821A8" w:rsidP="5E9821A8" w:rsidRDefault="5E9821A8" w14:paraId="302BDAE6" w14:textId="0515994E">
      <w:pPr>
        <w:rPr>
          <w:rFonts w:ascii="Arial" w:hAnsi="Arial" w:eastAsia="Arial" w:cs="Arial"/>
          <w:b w:val="1"/>
          <w:bCs w:val="1"/>
          <w:sz w:val="24"/>
          <w:szCs w:val="24"/>
        </w:rPr>
      </w:pPr>
    </w:p>
    <w:p xmlns:wp14="http://schemas.microsoft.com/office/word/2010/wordml" w:rsidP="5E9821A8" w14:paraId="70AA5834" wp14:textId="77777777">
      <w:pPr>
        <w:rPr>
          <w:rFonts w:ascii="Arial" w:hAnsi="Arial" w:eastAsia="Arial" w:cs="Arial"/>
          <w:b w:val="1"/>
          <w:bCs w:val="1"/>
          <w:sz w:val="24"/>
          <w:szCs w:val="24"/>
        </w:rPr>
      </w:pPr>
      <w:r w:rsidRPr="5E9821A8" w:rsidR="5E9821A8">
        <w:rPr>
          <w:rFonts w:ascii="Arial" w:hAnsi="Arial" w:eastAsia="Arial" w:cs="Arial"/>
          <w:b w:val="1"/>
          <w:bCs w:val="1"/>
          <w:sz w:val="24"/>
          <w:szCs w:val="24"/>
        </w:rPr>
        <w:t>Gender</w:t>
      </w:r>
    </w:p>
    <w:p xmlns:wp14="http://schemas.microsoft.com/office/word/2010/wordml" w:rsidP="5E9821A8" w14:paraId="6F01C482" wp14:textId="7766CB9E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Woman</w:t>
      </w:r>
    </w:p>
    <w:p xmlns:wp14="http://schemas.microsoft.com/office/word/2010/wordml" w:rsidP="5E9821A8" w14:paraId="3B2D9050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Man</w:t>
      </w:r>
    </w:p>
    <w:p xmlns:wp14="http://schemas.microsoft.com/office/word/2010/wordml" w:rsidP="5E9821A8" w14:paraId="5CDC66FB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 xml:space="preserve">☐ </w:t>
      </w:r>
      <w:bookmarkStart w:name="_Int_e92f79lB" w:id="467522702"/>
      <w:r w:rsidRPr="5E9821A8" w:rsidR="5E9821A8">
        <w:rPr>
          <w:rFonts w:ascii="Arial" w:hAnsi="Arial" w:eastAsia="Arial" w:cs="Arial"/>
          <w:sz w:val="24"/>
          <w:szCs w:val="24"/>
        </w:rPr>
        <w:t>Non-binary</w:t>
      </w:r>
      <w:bookmarkEnd w:id="467522702"/>
    </w:p>
    <w:p xmlns:wp14="http://schemas.microsoft.com/office/word/2010/wordml" w:rsidP="5E9821A8" w14:paraId="628B5E9D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Prefer to self-describe</w:t>
      </w:r>
    </w:p>
    <w:p xmlns:wp14="http://schemas.microsoft.com/office/word/2010/wordml" w:rsidP="5E9821A8" w14:paraId="4B7C0DA9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Prefer not to say</w:t>
      </w:r>
    </w:p>
    <w:p w:rsidR="5E9821A8" w:rsidP="5E9821A8" w:rsidRDefault="5E9821A8" w14:paraId="40747AD0" w14:textId="76839517">
      <w:pPr>
        <w:rPr>
          <w:rFonts w:ascii="Arial" w:hAnsi="Arial" w:eastAsia="Arial" w:cs="Arial"/>
          <w:b w:val="1"/>
          <w:bCs w:val="1"/>
          <w:sz w:val="24"/>
          <w:szCs w:val="24"/>
        </w:rPr>
      </w:pPr>
    </w:p>
    <w:p xmlns:wp14="http://schemas.microsoft.com/office/word/2010/wordml" w:rsidP="5E9821A8" w14:paraId="44493C20" wp14:textId="77777777">
      <w:pPr>
        <w:rPr>
          <w:rFonts w:ascii="Arial" w:hAnsi="Arial" w:eastAsia="Arial" w:cs="Arial"/>
          <w:b w:val="1"/>
          <w:bCs w:val="1"/>
          <w:sz w:val="24"/>
          <w:szCs w:val="24"/>
        </w:rPr>
      </w:pPr>
      <w:r w:rsidRPr="5E9821A8" w:rsidR="5E9821A8">
        <w:rPr>
          <w:rFonts w:ascii="Arial" w:hAnsi="Arial" w:eastAsia="Arial" w:cs="Arial"/>
          <w:b w:val="1"/>
          <w:bCs w:val="1"/>
          <w:sz w:val="24"/>
          <w:szCs w:val="24"/>
        </w:rPr>
        <w:t>Age Range</w:t>
      </w:r>
    </w:p>
    <w:p xmlns:wp14="http://schemas.microsoft.com/office/word/2010/wordml" w:rsidP="5E9821A8" w14:paraId="4E69CB71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16-24</w:t>
      </w:r>
    </w:p>
    <w:p xmlns:wp14="http://schemas.microsoft.com/office/word/2010/wordml" w:rsidP="5E9821A8" w14:paraId="4CC86C03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25-34</w:t>
      </w:r>
    </w:p>
    <w:p xmlns:wp14="http://schemas.microsoft.com/office/word/2010/wordml" w:rsidP="5E9821A8" w14:paraId="6609D853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35-44</w:t>
      </w:r>
    </w:p>
    <w:p xmlns:wp14="http://schemas.microsoft.com/office/word/2010/wordml" w:rsidP="5E9821A8" w14:paraId="37AE0BDD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45-54</w:t>
      </w:r>
    </w:p>
    <w:p xmlns:wp14="http://schemas.microsoft.com/office/word/2010/wordml" w:rsidP="5E9821A8" w14:paraId="3171C19B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55-64</w:t>
      </w:r>
    </w:p>
    <w:p xmlns:wp14="http://schemas.microsoft.com/office/word/2010/wordml" w:rsidP="5E9821A8" w14:paraId="6AC64C3F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65+</w:t>
      </w:r>
    </w:p>
    <w:p xmlns:wp14="http://schemas.microsoft.com/office/word/2010/wordml" w:rsidP="5E9821A8" w14:paraId="0C276375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Prefer not to say</w:t>
      </w:r>
    </w:p>
    <w:p w:rsidR="5E9821A8" w:rsidP="5E9821A8" w:rsidRDefault="5E9821A8" w14:paraId="65D7ADC7" w14:textId="253C4983">
      <w:pPr>
        <w:rPr>
          <w:rFonts w:ascii="Arial" w:hAnsi="Arial" w:eastAsia="Arial" w:cs="Arial"/>
          <w:b w:val="1"/>
          <w:bCs w:val="1"/>
          <w:sz w:val="24"/>
          <w:szCs w:val="24"/>
        </w:rPr>
      </w:pPr>
    </w:p>
    <w:p xmlns:wp14="http://schemas.microsoft.com/office/word/2010/wordml" w:rsidP="5E9821A8" w14:paraId="3196EC1C" wp14:textId="77777777">
      <w:pPr>
        <w:rPr>
          <w:rFonts w:ascii="Arial" w:hAnsi="Arial" w:eastAsia="Arial" w:cs="Arial"/>
          <w:b w:val="1"/>
          <w:bCs w:val="1"/>
          <w:sz w:val="24"/>
          <w:szCs w:val="24"/>
        </w:rPr>
      </w:pPr>
      <w:r w:rsidRPr="5E9821A8" w:rsidR="5E9821A8">
        <w:rPr>
          <w:rFonts w:ascii="Arial" w:hAnsi="Arial" w:eastAsia="Arial" w:cs="Arial"/>
          <w:b w:val="1"/>
          <w:bCs w:val="1"/>
          <w:sz w:val="24"/>
          <w:szCs w:val="24"/>
        </w:rPr>
        <w:t>Disability</w:t>
      </w:r>
    </w:p>
    <w:p xmlns:wp14="http://schemas.microsoft.com/office/word/2010/wordml" w:rsidP="5E9821A8" w14:paraId="1A5AA4E6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Yes</w:t>
      </w:r>
    </w:p>
    <w:p xmlns:wp14="http://schemas.microsoft.com/office/word/2010/wordml" w:rsidP="5E9821A8" w14:paraId="5CE13EA7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No</w:t>
      </w:r>
    </w:p>
    <w:p xmlns:wp14="http://schemas.microsoft.com/office/word/2010/wordml" w:rsidP="5E9821A8" w14:paraId="062CF0A0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Prefer not to say</w:t>
      </w:r>
    </w:p>
    <w:p w:rsidR="5E9821A8" w:rsidP="5E9821A8" w:rsidRDefault="5E9821A8" w14:paraId="3A71BFD7" w14:textId="6D4F8E75">
      <w:pPr>
        <w:rPr>
          <w:rFonts w:ascii="Arial" w:hAnsi="Arial" w:eastAsia="Arial" w:cs="Arial"/>
          <w:b w:val="1"/>
          <w:bCs w:val="1"/>
          <w:sz w:val="24"/>
          <w:szCs w:val="24"/>
        </w:rPr>
      </w:pPr>
    </w:p>
    <w:p xmlns:wp14="http://schemas.microsoft.com/office/word/2010/wordml" w:rsidP="5E9821A8" w14:paraId="07169A8B" wp14:textId="77777777">
      <w:pPr>
        <w:rPr>
          <w:rFonts w:ascii="Arial" w:hAnsi="Arial" w:eastAsia="Arial" w:cs="Arial"/>
          <w:b w:val="1"/>
          <w:bCs w:val="1"/>
          <w:sz w:val="24"/>
          <w:szCs w:val="24"/>
        </w:rPr>
      </w:pPr>
      <w:r w:rsidRPr="5E9821A8" w:rsidR="5E9821A8">
        <w:rPr>
          <w:rFonts w:ascii="Arial" w:hAnsi="Arial" w:eastAsia="Arial" w:cs="Arial"/>
          <w:b w:val="1"/>
          <w:bCs w:val="1"/>
          <w:sz w:val="24"/>
          <w:szCs w:val="24"/>
        </w:rPr>
        <w:t>Ethnic Background</w:t>
      </w:r>
    </w:p>
    <w:p xmlns:wp14="http://schemas.microsoft.com/office/word/2010/wordml" w:rsidP="5E9821A8" w14:paraId="72745655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White</w:t>
      </w:r>
    </w:p>
    <w:p xmlns:wp14="http://schemas.microsoft.com/office/word/2010/wordml" w:rsidP="5E9821A8" w14:paraId="7744DDD1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Mixed/Multiple ethnic groups</w:t>
      </w:r>
    </w:p>
    <w:p xmlns:wp14="http://schemas.microsoft.com/office/word/2010/wordml" w:rsidP="5E9821A8" w14:paraId="649A3553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Asian</w:t>
      </w:r>
    </w:p>
    <w:p xmlns:wp14="http://schemas.microsoft.com/office/word/2010/wordml" w:rsidP="5E9821A8" w14:paraId="31EE296C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Black</w:t>
      </w:r>
    </w:p>
    <w:p xmlns:wp14="http://schemas.microsoft.com/office/word/2010/wordml" w:rsidP="5E9821A8" w14:paraId="5E333ABD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Arab</w:t>
      </w:r>
    </w:p>
    <w:p xmlns:wp14="http://schemas.microsoft.com/office/word/2010/wordml" w:rsidP="5E9821A8" w14:paraId="01896B74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Other</w:t>
      </w:r>
    </w:p>
    <w:p xmlns:wp14="http://schemas.microsoft.com/office/word/2010/wordml" w:rsidP="5E9821A8" w14:paraId="4963EA17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Prefer not to say</w:t>
      </w:r>
    </w:p>
    <w:p w:rsidR="5E9821A8" w:rsidP="5E9821A8" w:rsidRDefault="5E9821A8" w14:paraId="4A588A64" w14:textId="5332DF27">
      <w:pPr>
        <w:rPr>
          <w:rFonts w:ascii="Arial" w:hAnsi="Arial" w:eastAsia="Arial" w:cs="Arial"/>
          <w:b w:val="1"/>
          <w:bCs w:val="1"/>
          <w:sz w:val="24"/>
          <w:szCs w:val="24"/>
        </w:rPr>
      </w:pPr>
    </w:p>
    <w:p xmlns:wp14="http://schemas.microsoft.com/office/word/2010/wordml" w:rsidP="5E9821A8" w14:paraId="3C34B011" wp14:textId="77777777">
      <w:pPr>
        <w:rPr>
          <w:rFonts w:ascii="Arial" w:hAnsi="Arial" w:eastAsia="Arial" w:cs="Arial"/>
          <w:b w:val="1"/>
          <w:bCs w:val="1"/>
          <w:sz w:val="24"/>
          <w:szCs w:val="24"/>
        </w:rPr>
      </w:pPr>
      <w:r w:rsidRPr="5E9821A8" w:rsidR="5E9821A8">
        <w:rPr>
          <w:rFonts w:ascii="Arial" w:hAnsi="Arial" w:eastAsia="Arial" w:cs="Arial"/>
          <w:b w:val="1"/>
          <w:bCs w:val="1"/>
          <w:sz w:val="24"/>
          <w:szCs w:val="24"/>
        </w:rPr>
        <w:t>Sexual Orientation</w:t>
      </w:r>
    </w:p>
    <w:p xmlns:wp14="http://schemas.microsoft.com/office/word/2010/wordml" w:rsidP="5E9821A8" w14:paraId="0C0D0255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Heterosexual</w:t>
      </w:r>
    </w:p>
    <w:p xmlns:wp14="http://schemas.microsoft.com/office/word/2010/wordml" w:rsidP="5E9821A8" w14:paraId="5D54C7BE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Gay or Lesbian</w:t>
      </w:r>
    </w:p>
    <w:p xmlns:wp14="http://schemas.microsoft.com/office/word/2010/wordml" w:rsidP="5E9821A8" w14:paraId="1B274B77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Bisexual</w:t>
      </w:r>
    </w:p>
    <w:p xmlns:wp14="http://schemas.microsoft.com/office/word/2010/wordml" w:rsidP="5E9821A8" w14:paraId="060EF81A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Other</w:t>
      </w:r>
    </w:p>
    <w:p xmlns:wp14="http://schemas.microsoft.com/office/word/2010/wordml" w:rsidP="5E9821A8" w14:paraId="3677DA08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Prefer not to say</w:t>
      </w:r>
    </w:p>
    <w:p w:rsidR="5E9821A8" w:rsidP="5E9821A8" w:rsidRDefault="5E9821A8" w14:paraId="3456FF69" w14:textId="2700FED7">
      <w:pPr>
        <w:rPr>
          <w:rFonts w:ascii="Arial" w:hAnsi="Arial" w:eastAsia="Arial" w:cs="Arial"/>
          <w:b w:val="1"/>
          <w:bCs w:val="1"/>
          <w:sz w:val="24"/>
          <w:szCs w:val="24"/>
        </w:rPr>
      </w:pPr>
    </w:p>
    <w:p xmlns:wp14="http://schemas.microsoft.com/office/word/2010/wordml" w:rsidP="5E9821A8" w14:paraId="129A3FC0" wp14:textId="77777777">
      <w:pPr>
        <w:rPr>
          <w:rFonts w:ascii="Arial" w:hAnsi="Arial" w:eastAsia="Arial" w:cs="Arial"/>
          <w:b w:val="1"/>
          <w:bCs w:val="1"/>
          <w:sz w:val="24"/>
          <w:szCs w:val="24"/>
        </w:rPr>
      </w:pPr>
      <w:r w:rsidRPr="5E9821A8" w:rsidR="5E9821A8">
        <w:rPr>
          <w:rFonts w:ascii="Arial" w:hAnsi="Arial" w:eastAsia="Arial" w:cs="Arial"/>
          <w:b w:val="1"/>
          <w:bCs w:val="1"/>
          <w:sz w:val="24"/>
          <w:szCs w:val="24"/>
        </w:rPr>
        <w:t>Religion or Belief</w:t>
      </w:r>
    </w:p>
    <w:p xmlns:wp14="http://schemas.microsoft.com/office/word/2010/wordml" w:rsidP="5E9821A8" w14:paraId="50F86C62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No religion</w:t>
      </w:r>
    </w:p>
    <w:p xmlns:wp14="http://schemas.microsoft.com/office/word/2010/wordml" w:rsidP="5E9821A8" w14:paraId="1ED903A6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Christian</w:t>
      </w:r>
    </w:p>
    <w:p xmlns:wp14="http://schemas.microsoft.com/office/word/2010/wordml" w:rsidP="5E9821A8" w14:paraId="6C44B52F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Muslim</w:t>
      </w:r>
    </w:p>
    <w:p xmlns:wp14="http://schemas.microsoft.com/office/word/2010/wordml" w:rsidP="5E9821A8" w14:paraId="0CC26A4C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Hindu</w:t>
      </w:r>
    </w:p>
    <w:p xmlns:wp14="http://schemas.microsoft.com/office/word/2010/wordml" w:rsidP="5E9821A8" w14:paraId="3B31C364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Jewish</w:t>
      </w:r>
    </w:p>
    <w:p xmlns:wp14="http://schemas.microsoft.com/office/word/2010/wordml" w:rsidP="5E9821A8" w14:paraId="42A1379D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Sikh</w:t>
      </w:r>
    </w:p>
    <w:p xmlns:wp14="http://schemas.microsoft.com/office/word/2010/wordml" w:rsidP="5E9821A8" w14:paraId="4066C204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Buddhist</w:t>
      </w:r>
    </w:p>
    <w:p xmlns:wp14="http://schemas.microsoft.com/office/word/2010/wordml" w:rsidP="5E9821A8" w14:paraId="4BF3AD57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Other</w:t>
      </w:r>
    </w:p>
    <w:p xmlns:wp14="http://schemas.microsoft.com/office/word/2010/wordml" w:rsidP="5E9821A8" w14:paraId="2A38A244" wp14:textId="77777777">
      <w:pPr>
        <w:rPr>
          <w:rFonts w:ascii="Arial" w:hAnsi="Arial" w:eastAsia="Arial" w:cs="Arial"/>
          <w:sz w:val="24"/>
          <w:szCs w:val="24"/>
        </w:rPr>
      </w:pPr>
      <w:r w:rsidRPr="5E9821A8" w:rsidR="5E9821A8">
        <w:rPr>
          <w:rFonts w:ascii="Arial" w:hAnsi="Arial" w:eastAsia="Arial" w:cs="Arial"/>
          <w:sz w:val="24"/>
          <w:szCs w:val="24"/>
        </w:rPr>
        <w:t>☐ Prefer not to say</w:t>
      </w:r>
    </w:p>
    <w:p xmlns:wp14="http://schemas.microsoft.com/office/word/2010/wordml" w:rsidP="5E9821A8" w14:paraId="672A6659" wp14:textId="77777777">
      <w:pPr>
        <w:rPr>
          <w:rFonts w:ascii="Arial" w:hAnsi="Arial" w:eastAsia="Arial" w:cs="Arial"/>
          <w:sz w:val="24"/>
          <w:szCs w:val="24"/>
        </w:rPr>
      </w:pPr>
    </w:p>
    <w:p xmlns:wp14="http://schemas.microsoft.com/office/word/2010/wordml" w14:paraId="41544D48" wp14:textId="77777777">
      <w:r w:rsidRPr="5E9821A8" w:rsidR="5E9821A8">
        <w:rPr>
          <w:rFonts w:ascii="Arial" w:hAnsi="Arial" w:eastAsia="Arial" w:cs="Arial"/>
          <w:sz w:val="24"/>
          <w:szCs w:val="24"/>
        </w:rPr>
        <w:t>How did you hear about this vacancy? __________________________________</w:t>
      </w:r>
      <w:r w:rsidR="5E9821A8">
        <w:rPr/>
        <w:t>______</w:t>
      </w:r>
    </w:p>
    <w:sectPr w:rsidRPr="0006063C" w:rsidR="00FC693F" w:rsidSect="00034616">
      <w:pgSz w:w="12240" w:h="15840" w:orient="portrait"/>
      <w:pgMar w:top="1440" w:right="1800" w:bottom="1440" w:left="1800" w:header="720" w:footer="720" w:gutter="0"/>
      <w:cols w:space="720"/>
      <w:docGrid w:linePitch="360"/>
      <w:headerReference w:type="default" r:id="R55d320e3b2ec46f9"/>
      <w:footerReference w:type="default" r:id="Rb759d7a18d1d415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AB07D0C" w:rsidTr="0AB07D0C" w14:paraId="7D3A6C8A">
      <w:trPr>
        <w:trHeight w:val="300"/>
      </w:trPr>
      <w:tc>
        <w:tcPr>
          <w:tcW w:w="2880" w:type="dxa"/>
          <w:tcMar/>
        </w:tcPr>
        <w:p w:rsidR="0AB07D0C" w:rsidP="0AB07D0C" w:rsidRDefault="0AB07D0C" w14:paraId="4534060A" w14:textId="54227F3C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0AB07D0C" w:rsidP="0AB07D0C" w:rsidRDefault="0AB07D0C" w14:paraId="64A241B8" w14:textId="5FD25F3E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0AB07D0C" w:rsidP="0AB07D0C" w:rsidRDefault="0AB07D0C" w14:paraId="22858999" w14:textId="3DF3DF50">
          <w:pPr>
            <w:pStyle w:val="Header"/>
            <w:bidi w:val="0"/>
            <w:ind w:right="-115"/>
            <w:jc w:val="right"/>
          </w:pPr>
          <w:r w:rsidR="0AB07D0C">
            <w:drawing>
              <wp:inline wp14:editId="2674E395" wp14:anchorId="5F57C8E8">
                <wp:extent cx="1285875" cy="1695450"/>
                <wp:effectExtent l="0" t="0" r="0" b="0"/>
                <wp:docPr id="125706226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587866374" name="Picture 587866374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95157748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285875" cy="16954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AB07D0C" w:rsidP="0AB07D0C" w:rsidRDefault="0AB07D0C" w14:paraId="2E9AD08A" w14:textId="268F740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AB07D0C" w:rsidTr="0AB07D0C" w14:paraId="140E47A7">
      <w:trPr>
        <w:trHeight w:val="300"/>
      </w:trPr>
      <w:tc>
        <w:tcPr>
          <w:tcW w:w="2880" w:type="dxa"/>
          <w:tcMar/>
        </w:tcPr>
        <w:p w:rsidR="0AB07D0C" w:rsidP="0AB07D0C" w:rsidRDefault="0AB07D0C" w14:paraId="535F458F" w14:textId="6C53A19F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0AB07D0C" w:rsidP="0AB07D0C" w:rsidRDefault="0AB07D0C" w14:paraId="129B1500" w14:textId="6E984634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0AB07D0C" w:rsidP="0AB07D0C" w:rsidRDefault="0AB07D0C" w14:paraId="0CE35504" w14:textId="66795B5B">
          <w:pPr>
            <w:pStyle w:val="Header"/>
            <w:bidi w:val="0"/>
            <w:ind w:right="-115"/>
            <w:jc w:val="right"/>
          </w:pPr>
        </w:p>
      </w:tc>
    </w:tr>
  </w:tbl>
  <w:p w:rsidR="0AB07D0C" w:rsidP="0AB07D0C" w:rsidRDefault="0AB07D0C" w14:paraId="3A9CF10E" w14:textId="37563AA9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e92f79lB" int2:invalidationBookmarkName="" int2:hashCode="3IKkDNFnc/E9nA" int2:id="EubC1uqI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AB07D0C"/>
    <w:rsid w:val="0C8B6951"/>
    <w:rsid w:val="14CB497C"/>
    <w:rsid w:val="2A80BF0D"/>
    <w:rsid w:val="34DA1B06"/>
    <w:rsid w:val="3622F9E9"/>
    <w:rsid w:val="4D4CD17A"/>
    <w:rsid w:val="5DECD671"/>
    <w:rsid w:val="5E9821A8"/>
    <w:rsid w:val="615BA2D8"/>
    <w:rsid w:val="70D4AF36"/>
    <w:rsid w:val="7813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DFBB381C-6EA1-4562-A183-CC6FF77DFF8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microsoft.com/office/2020/10/relationships/intelligence" Target="intelligence2.xml" Id="R6f85e6fba95f4de7" /><Relationship Type="http://schemas.openxmlformats.org/officeDocument/2006/relationships/header" Target="header.xml" Id="R55d320e3b2ec46f9" /><Relationship Type="http://schemas.openxmlformats.org/officeDocument/2006/relationships/footer" Target="footer.xml" Id="Rb759d7a18d1d415f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9515774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Molly Cartwright</dc:creator>
  <keywords/>
  <dc:description>generated by python-docx</dc:description>
  <lastModifiedBy>Angharad Parr | Operational Manager | PFB</lastModifiedBy>
  <revision>3</revision>
  <dcterms:created xsi:type="dcterms:W3CDTF">2026-07-09T07:16:24.0763113Z</dcterms:created>
  <dcterms:modified xsi:type="dcterms:W3CDTF">2026-07-09T11:12:59.2332959Z</dcterms:modified>
  <category/>
</coreProperties>
</file>